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9C351" w14:textId="77777777" w:rsidR="006E48FB" w:rsidRDefault="00000000">
      <w:r>
        <w:rPr>
          <w:noProof/>
        </w:rPr>
        <w:drawing>
          <wp:inline distT="0" distB="0" distL="0" distR="0" wp14:anchorId="1179E071" wp14:editId="0BA41C61">
            <wp:extent cx="1800000" cy="159345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ian Wave3 (1)(6).jpg"/>
                    <pic:cNvPicPr/>
                  </pic:nvPicPr>
                  <pic:blipFill>
                    <a:blip r:embed="rId6"/>
                    <a:stretch>
                      <a:fillRect/>
                    </a:stretch>
                  </pic:blipFill>
                  <pic:spPr>
                    <a:xfrm>
                      <a:off x="0" y="0"/>
                      <a:ext cx="1800000" cy="1593457"/>
                    </a:xfrm>
                    <a:prstGeom prst="rect">
                      <a:avLst/>
                    </a:prstGeom>
                  </pic:spPr>
                </pic:pic>
              </a:graphicData>
            </a:graphic>
          </wp:inline>
        </w:drawing>
      </w:r>
    </w:p>
    <w:p w14:paraId="2A26E427" w14:textId="77777777" w:rsidR="006E48FB" w:rsidRDefault="00000000">
      <w:pPr>
        <w:jc w:val="center"/>
      </w:pPr>
      <w:r>
        <w:rPr>
          <w:b/>
        </w:rPr>
        <w:t>FORMULAIRE DE DEMANDE DE PARRAINAGE</w:t>
      </w:r>
      <w:r>
        <w:rPr>
          <w:b/>
        </w:rPr>
        <w:br/>
        <w:t>ASBL INDIAN WAVE</w:t>
      </w:r>
    </w:p>
    <w:p w14:paraId="310B6AF6" w14:textId="77777777" w:rsidR="006E48FB" w:rsidRDefault="00000000">
      <w:r>
        <w:t>Ce formulaire permet de solliciter le parrainage d’un enfant issu des bidonvilles de Mumbai (Inde) afin de soutenir sa scolarisation.</w:t>
      </w:r>
    </w:p>
    <w:p w14:paraId="1E131B16" w14:textId="77777777" w:rsidR="006E48FB" w:rsidRDefault="00000000">
      <w:pPr>
        <w:pStyle w:val="Titre2"/>
      </w:pPr>
      <w:r>
        <w:t>Informations du futur parrain / de la future marraine</w:t>
      </w:r>
    </w:p>
    <w:p w14:paraId="5E02EBEA" w14:textId="77777777" w:rsidR="006E48FB" w:rsidRDefault="00000000">
      <w:r>
        <w:t>Civilité : ☐ Monsieur   ☐ Madame   ☐ Autre</w:t>
      </w:r>
    </w:p>
    <w:p w14:paraId="31215071" w14:textId="77777777" w:rsidR="006E48FB" w:rsidRDefault="00000000">
      <w:r>
        <w:t>Prénom : __________________________________________</w:t>
      </w:r>
    </w:p>
    <w:p w14:paraId="6617D01F" w14:textId="77777777" w:rsidR="006E48FB" w:rsidRDefault="00000000">
      <w:r>
        <w:t>Nom : _____________________________________________</w:t>
      </w:r>
    </w:p>
    <w:p w14:paraId="3A9823A2" w14:textId="77777777" w:rsidR="006E48FB" w:rsidRDefault="00000000">
      <w:r>
        <w:t>Adresse : __________________________________________</w:t>
      </w:r>
    </w:p>
    <w:p w14:paraId="799BC6AE" w14:textId="77777777" w:rsidR="006E48FB" w:rsidRDefault="00000000">
      <w:r>
        <w:t>Code postal : __________   Localité : __________________</w:t>
      </w:r>
    </w:p>
    <w:p w14:paraId="6821F054" w14:textId="77777777" w:rsidR="006E48FB" w:rsidRDefault="00000000">
      <w:r>
        <w:t>Pays : _____________________________________________</w:t>
      </w:r>
    </w:p>
    <w:p w14:paraId="790DAEBD" w14:textId="77777777" w:rsidR="006E48FB" w:rsidRDefault="00000000">
      <w:r>
        <w:t>Date de naissance : ____ / ____ / ________</w:t>
      </w:r>
    </w:p>
    <w:p w14:paraId="1CF57BE7" w14:textId="77777777" w:rsidR="006E48FB" w:rsidRDefault="00000000">
      <w:r>
        <w:t>Numéro de registre national : ________________________</w:t>
      </w:r>
    </w:p>
    <w:p w14:paraId="109F0E7C" w14:textId="77777777" w:rsidR="006E48FB" w:rsidRDefault="00000000">
      <w:r>
        <w:t>Adresse e-mail : ____________________________________</w:t>
      </w:r>
    </w:p>
    <w:p w14:paraId="40FB5C0D" w14:textId="77777777" w:rsidR="006E48FB" w:rsidRDefault="00000000">
      <w:r>
        <w:t>Téléphone / GSM : __________________________________</w:t>
      </w:r>
    </w:p>
    <w:p w14:paraId="060730A0" w14:textId="77777777" w:rsidR="006E48FB" w:rsidRDefault="00000000">
      <w:pPr>
        <w:pStyle w:val="Titre2"/>
      </w:pPr>
      <w:r>
        <w:t>Engagement financier</w:t>
      </w:r>
    </w:p>
    <w:p w14:paraId="5CE10BB1" w14:textId="77777777" w:rsidR="006E48FB" w:rsidRDefault="00000000">
      <w:r>
        <w:t>Je m’engage à verser la somme de 20 € par mois (de préférence par ordre permanent) sur le compte de l’ASBL Indian Wave :</w:t>
      </w:r>
      <w:r>
        <w:br/>
      </w:r>
      <w:r>
        <w:br/>
        <w:t>BE56 2400 6094 3888</w:t>
      </w:r>
    </w:p>
    <w:p w14:paraId="408A6D87" w14:textId="77777777" w:rsidR="006E48FB" w:rsidRDefault="00000000">
      <w:pPr>
        <w:pStyle w:val="Titre2"/>
      </w:pPr>
      <w:r>
        <w:t>Questions</w:t>
      </w:r>
    </w:p>
    <w:p w14:paraId="1998A0EC" w14:textId="77777777" w:rsidR="006E48FB" w:rsidRDefault="00000000">
      <w:r>
        <w:t>Souhaitez-vous entretenir une correspondance avec votre filleul(e) ?      ☐ Oui   ☐ Non</w:t>
      </w:r>
    </w:p>
    <w:p w14:paraId="0F623F26" w14:textId="77777777" w:rsidR="006E48FB" w:rsidRDefault="00000000">
      <w:r>
        <w:t>Avez-vous besoin d’une traduction en anglais pour les lettres ?           ☐ Oui   ☐ Non</w:t>
      </w:r>
    </w:p>
    <w:p w14:paraId="471D5E3C" w14:textId="77777777" w:rsidR="006E48FB" w:rsidRDefault="00000000">
      <w:r>
        <w:lastRenderedPageBreak/>
        <w:t>Souhaitez-vous recevoir notre newsletter ?                                ☐ Oui   ☐ Non</w:t>
      </w:r>
    </w:p>
    <w:p w14:paraId="4CB4FDEF" w14:textId="77777777" w:rsidR="006E48FB" w:rsidRDefault="00000000">
      <w:r>
        <w:t>Souhaitez-vous recevoir notre journal trimestriel ?                       ☐ Oui   ☐ Non</w:t>
      </w:r>
    </w:p>
    <w:p w14:paraId="567EA75E" w14:textId="77777777" w:rsidR="006E48FB" w:rsidRDefault="00000000">
      <w:r>
        <w:t>Souhaitez-vous nous aider périodiquement dans le cadre de nos activités ? ☐ Oui   ☐ Non</w:t>
      </w:r>
    </w:p>
    <w:p w14:paraId="53E7B06B" w14:textId="77777777" w:rsidR="006E48FB" w:rsidRDefault="00000000">
      <w:pPr>
        <w:pStyle w:val="Titre2"/>
      </w:pPr>
      <w:r>
        <w:t>Engagement du parrain / de la marraine</w:t>
      </w:r>
    </w:p>
    <w:p w14:paraId="7A67C897" w14:textId="77777777" w:rsidR="006E48FB" w:rsidRDefault="00000000">
      <w:r>
        <w:t>Par la présente, je m’engage à soutenir l’enfant qui me sera confié durant toute sa scolarité. En cas de difficulté ou d’impossibilité temporaire de poursuivre ce soutien, je prendrai contact avec le Président de l’ASBL, Jean‑François Delsarte, afin d’éviter toute interruption de la scolarité du jeune.</w:t>
      </w:r>
    </w:p>
    <w:p w14:paraId="7A87533F" w14:textId="77777777" w:rsidR="006E48FB" w:rsidRDefault="00000000">
      <w:r>
        <w:t>Je reconnais que 100 % de mon don est affecté au projet de scolarisation de l’enfant. L’ASBL Indian Wave ne prélève aucun frais de fonctionnement sur les dons reçus.</w:t>
      </w:r>
    </w:p>
    <w:p w14:paraId="3491849C" w14:textId="77777777" w:rsidR="006E48FB" w:rsidRDefault="00000000">
      <w:pPr>
        <w:pStyle w:val="Titre2"/>
      </w:pPr>
      <w:r>
        <w:t>Retour du formulaire</w:t>
      </w:r>
    </w:p>
    <w:p w14:paraId="4D991DBA" w14:textId="77777777" w:rsidR="006E48FB" w:rsidRDefault="00000000">
      <w:r>
        <w:t>Cette fiche de demande de parrainage est à renvoyer complétée et signée à :</w:t>
      </w:r>
      <w:r>
        <w:br/>
      </w:r>
      <w:r>
        <w:br/>
        <w:t>Jean‑François Delsarte, Président ASBL Indian Wave</w:t>
      </w:r>
      <w:r>
        <w:br/>
        <w:t>40 Grand Route</w:t>
      </w:r>
      <w:r>
        <w:br/>
        <w:t>7530 Gaurain-Ramecroix</w:t>
      </w:r>
      <w:r>
        <w:br/>
      </w:r>
      <w:r>
        <w:br/>
        <w:t>ou par e-mail : jf.delsarte@gmail.com</w:t>
      </w:r>
    </w:p>
    <w:p w14:paraId="0616463C" w14:textId="77777777" w:rsidR="006E48FB" w:rsidRDefault="00000000">
      <w:r>
        <w:br/>
        <w:t>Date : ____ / ____ / ________</w:t>
      </w:r>
    </w:p>
    <w:p w14:paraId="1F912139" w14:textId="77777777" w:rsidR="006E48FB" w:rsidRDefault="00000000">
      <w:r>
        <w:t>Signature : __________________________________________</w:t>
      </w:r>
    </w:p>
    <w:p w14:paraId="1DB44EBE" w14:textId="77777777" w:rsidR="006E48FB" w:rsidRDefault="00000000">
      <w:r>
        <w:t>Mention manuscrite : « Lu et approuvé »</w:t>
      </w:r>
    </w:p>
    <w:p w14:paraId="293D89FE" w14:textId="77777777" w:rsidR="006E48FB" w:rsidRDefault="00000000">
      <w:r>
        <w:br/>
        <w:t>Merci pour votre demande de parrainage.</w:t>
      </w:r>
    </w:p>
    <w:p w14:paraId="38E3AD3D" w14:textId="77777777" w:rsidR="006E48FB" w:rsidRDefault="00000000">
      <w:r>
        <w:t>Infos : www.indian-wave.be</w:t>
      </w:r>
    </w:p>
    <w:sectPr w:rsidR="006E48F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341812660">
    <w:abstractNumId w:val="8"/>
  </w:num>
  <w:num w:numId="2" w16cid:durableId="955873871">
    <w:abstractNumId w:val="6"/>
  </w:num>
  <w:num w:numId="3" w16cid:durableId="396632988">
    <w:abstractNumId w:val="5"/>
  </w:num>
  <w:num w:numId="4" w16cid:durableId="758719145">
    <w:abstractNumId w:val="4"/>
  </w:num>
  <w:num w:numId="5" w16cid:durableId="302540624">
    <w:abstractNumId w:val="7"/>
  </w:num>
  <w:num w:numId="6" w16cid:durableId="867332993">
    <w:abstractNumId w:val="3"/>
  </w:num>
  <w:num w:numId="7" w16cid:durableId="804737116">
    <w:abstractNumId w:val="2"/>
  </w:num>
  <w:num w:numId="8" w16cid:durableId="1456558404">
    <w:abstractNumId w:val="1"/>
  </w:num>
  <w:num w:numId="9" w16cid:durableId="1818568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728AA"/>
    <w:rsid w:val="005A6F2D"/>
    <w:rsid w:val="006E48FB"/>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60EE37"/>
  <w14:defaultImageDpi w14:val="300"/>
  <w15:docId w15:val="{B4967C92-7387-436E-8F45-0F4E70D4C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1947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jean francois delsarte</cp:lastModifiedBy>
  <cp:revision>2</cp:revision>
  <dcterms:created xsi:type="dcterms:W3CDTF">2026-06-11T10:23:00Z</dcterms:created>
  <dcterms:modified xsi:type="dcterms:W3CDTF">2026-06-11T10:23:00Z</dcterms:modified>
  <cp:category/>
</cp:coreProperties>
</file>